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סיפורים חברתיים: חגים וטקסים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לסיפורי הנושא ״חגים וטקסים״ בספרייה: חנוכה: אור, שירה ורעש של חגיגה، חג הסיגד. קוראים יחד את הסיפור באתר (אפשר בהקראה ובגרסה הקצרה), ואז עונים: מה כתוב בסיפור, מסדרים את רצף האירועים, ממיינים סוגי משפטים וכותבים עמוד חדש.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״חנוכה: אור, שירה ורעש של חגיגה״?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אני שומר/ת מרחק מהאש החמה.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(״חנוכה: אור, שירה ורעש של חגיגה״) אני שומר/ת ____ מהאש החמה.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מרחק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״חג הסיגד״?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בחג מתפללים, שרים ולובשים לבן.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(״חג הסיגד״) בחג ____, שרים ולובשים לבן.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מתפללים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״אני יכול/ה לשים אוזניות ולנוח.״ מלמד מה אני יכול/ה לנסות לעשות.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״חנוכה: אור, שירה ורעש של חגיגה״.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ג → א → ד → ה → 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המשפטים לפי סוג המשפט.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תיאור: בכל ערב מדליקים עוד נר.، אני שומר/ת מרחק מהאש החמה. | נקודת מבט: סבא וסבתא מחכים לי באהבה.، אני מקשיב/ה בשקט ובכבוד. | מה אני יכול/ה לנסות: אני יכול/ה לשים אוזניות ולנוח.، אני יושב/ת לנוח בצל ושותה מים. | חיזוק: אני נהנה/נהנית מהאור של חנוכה.، בסוף החג חוגגים יחד בשמחה.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בסיפור ״חנוכה: אור, שירה ורעש של חגיגה״: כתבו שני דברים שאפשר לנסות לעשות במצב הזה.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יכול/ה לשים אוזניות, לנשום לאט, או לבקש לנוח רגע בחדר שקט.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עמוד חדש לאחד הסיפורים (״חנוכה: אור, שירה ורעש של חגיגה״ / ״חג הסיגד״): משפט שמתאר מה קורה, משפט על מה אחרים מרגישים, ומשפט ״אני יכול/ה לנסות…״. אפשר לצייר תמונה.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שלושה סוגי משפטים, בגוף ראשון, בשפה רגועה וחיובית, בלי ״אסור״ ו״חייב״.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אישית; לחזק כל ניסיון.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"סיפורים חברתיים: חגים וטקסים"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🕎 סיפורים חברתיים: חגים וטקסים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קראו את הסיפור. סמנו.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מרחק   ·   מתפללים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איזה משפט מופיע בסיפור ״חנוכה: אור, שירה ורעש של חגיגה״?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אני שומר/ת מרחק מהאש החמה.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בצ׳אט לא רואים את הפנים.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לפעמים התוכנית משתנה.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(״חנוכה: אור, שירה ורעש של חגיגה״) אני שומר/ת _______________ מהאש החמה.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3. איזה משפט מופיע בסיפור ״חג הסיגד״?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קודם אני מסתכל/ת על המשחק.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בחג מתפללים, שרים ולובשים לבן.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הגוף שלי מרגיש שיש יותר מדי.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(״חג הסיגד״) בחג _______________, שרים ולובשים לבן.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המשפט ״אני יכול/ה לשים אוזניות ולנוח.״ מלמד מה אני יכול/ה לנסות לעשות.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סדר וסוגי 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מספרים לפי הסדר.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סדרו את המשפטים לפי הסדר בסיפור ״חנוכה: אור, שירה ורעש של חגיגה״.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אני שומר/ת מרחק מהאש החמה.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סבא וסבתא מחכים לי באהבה.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בכל ערב מדליקים עוד נר.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בחנוכה שרים ומסובבים סביבון.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לפעמים הרעש הוא יותר מדי בשבילי.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מיינו את המשפטים לפי סוג המשפט.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אני מקשיב/ה בשקט ובכבוד.   ·   אני יכול/ה לשים אוזניות ולנוח.   ·   סבא וסבתא מחכים לי באהבה.   ·   אני יושב/ת לנוח בצל ושותה מים.   ·   בכל ערב מדליקים עוד נר.   ·   אני שומר/ת מרחק מהאש החמה.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תיאור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נקודת מבט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מה אני יכול/ה לנסות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חיזוק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אני והסיפור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או ציירו.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8. בסיפור ״חנוכה: אור, שירה ורעש של חגיגה״: כתבו שני דברים שאפשר לנסות לעשות במצב הזה.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9. כתבו עמוד חדש לאחד הסיפורים (״חנוכה: אור, שירה ורעש של חגיגה״ / ״חג הסיגד״): משפט שמתאר מה קורה, משפט על מה אחרים מרגישים, ומשפט ״אני יכול/ה לנסות…״. אפשר לצייר תמונה.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משפט אחד מהסיפור שעוזר לי: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דבר אחד שאנסה לעשות: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סיפורים חברתיים: חגים וטקסים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