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חגים וטקסים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״חגים וטקסים״ בספרייה: חנוכה: אור, שירה ורעש של חגיגה، חג הסיגד.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״חנוכה: אור, שירה ורעש של חגיגה״?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אני שומר/ת מרחק מהאש החמה.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(״חנוכה: אור, שירה ורעש של חגיגה״) אני שומר/ת ____ מהאש החמה.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מרחק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כתוב בסיפור ״חג הסיגד״?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בחג מתפללים, שרים ולובשים לבן.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(״חג הסיגד״) בחג ____, שרים ולובשים לבן.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מתפללים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לשים אוזניות ולנוח.״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נהנה/נהנית מהאור של חנוכה.״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״חנוכה: אור, שירה ורעש של חגיגה״.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א → ה → ג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בכל ערב מדליקים עוד נר.، אני שומר/ת מרחק מהאש החמה. | נקודת מבט: סבא וסבתא מחכים לי באהבה.، אני מקשיב/ה בשקט ובכבוד. | מה אני יכול/ה לנסות: אני יכול/ה לשים אוזניות ולנוח.، אני יושב/ת לנוח בצל ושותה מים. | חיזוק: אני נהנה/נהנית מהאור של חנוכה.، בסוף החג חוגגים יחד בשמחה.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אפשר לעשות במצב של ״חנוכה: אור, שירה ורעש של חגיגה״? כתבו או ציירו.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לשים אוזניות, לנשום לאט, או לבקש לנוח רגע בחדר שקט.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חדשים לסיפור: מה קורה, מה אחרים מרגישים, מה אני יכול/ה לנסות.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חגים וטקסים"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🕎 סיפורים חברתיים: חגים וטקסים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תמיד, רק בחלק מהזמן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sometimes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כלל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רוב הפעמים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usually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בלב: שמחה, פחד, כעס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feel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לעשות משהו כדי לראות אם זה עוזר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למבוגר שאני צריך/ה עזרה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 for help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להירגע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ולהיות שוב רגוע/ה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calm down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להישאר עד שמגיע התור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טוב, אין 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okay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מרחק   ·   מתפללים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כתוב בסיפור ״חנוכה: אור, שירה ורעש של חגיגה״?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שומר/ת מרחק מהאש החמה.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לפעמים התוכנית משתנה.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אנחנו יושבים בשורות באולם.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(״חנוכה: אור, שירה ורעש של חגיגה״) אני שומר/ת _______________ מהאש החמה.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כתוב בסיפור ״חג הסיגד״?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בחג מתפללים, שרים ולובשים לבן.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הגוף שלי מרגיש שיש יותר מדי.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בתור כל אחד מחכה למקום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(״חג הסיגד״) בחג _______________, שרים ולובשים לבן.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המשפט ״אני יכול/ה לשים אוזניות ולנוח.״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המשפט ״אני נהנה/נהנית מהאור של חנוכה.״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סדרו את המשפטים לפי הסדר בסיפור ״חנוכה: אור, שירה ורעש של חגיגה״.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שומר/ת מרחק מהאש החמה.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סבא וסבתא מחכים לי באהבה.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הרעש הוא יותר מדי בשבילי.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ערב מדליקים עוד נר.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בחנוכה שרים ומסובבים סביבון.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אני יושב/ת לנוח בצל ושותה מים.   ·   אני נהנה/נהנית מהאור של חנוכה.   ·   בכל ערב מדליקים עוד נר.   ·   בסוף החג חוגגים יחד בשמחה.   ·   סבא וסבתא מחכים לי באהבה.   ·   אני מקשיב/ה בשקט ובכבוד.   ·   אני שומר/ת מרחק מהאש החמה.   ·   אני יכול/ה לשים אוזניות ולנוח.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מה אפשר לעשות במצב של ״חנוכה: אור, שירה ורעש של חגיגה״? כתבו או ציירו.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3 משפטים חדשים לסיפור: מה קורה, מה אחרים מרגישים, מה אני יכול/ה לנסות.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חגים וטקסים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