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חגים וטקסים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״חגים וטקסים״ בספרייה: חנוכה: אור, שירה ורעש של חגיגה، חג הסיגד.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״חנוכה: אור, שירה ורעש של חגיגה״?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שומר/ת מרחק מהאש החמה.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(״חנוכה: אור, שירה ורעש של חגיגה״) אני שומר/ת ____ מהאש החמה.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״חג הסיגד״?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בחג מתפללים, שרים ולובשים לבן.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(״חג הסיגד״) בחג ____, שרים ולובשים לבן.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מתפללים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לשים אוזניות ולנוח.״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נהנה/נהנית מהאור של חנוכה.״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״חנוכה: אור, שירה ורעש של חגיגה״.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ב → ה → א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״חג הסיגד״.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ה → א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בכל ערב מדליקים עוד נר.، אני שומר/ת מרחק מהאש החמה. | נקודת מבט: סבא וסבתא מחכים לי באהבה.، אני מקשיב/ה בשקט ובכבוד. | מה אני יכול/ה לנסות: אני יכול/ה לשים אוזניות ולנוח.، אני יושב/ת לנוח בצל ושותה מים. | חיזוק: אני נהנה/נהנית מהאור של חנוכה.، בסוף החג חוגגים יחד בשמחה.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״חנוכה: אור, שירה ורעש של חגיגה״: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לשים אוזניות, לנשום לאט, או לבקש לנוח רגע בחדר שקט.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אתם מרגישים כשקורה מצב כמו בסיפור ״חג הסיגד״? כתבו או ציירו פרצוף.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לקבל כל רגש ולשאול מה עוזר.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(״חנוכה: אור, שירה ורעש של חגיגה״ / ״חג הסיגד״):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חגים וטקסים"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🕎 סיפורים חברתיים: חגים וטקסים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הסיפורים באתר וענו.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מופיע בסיפור ״חנוכה: אור, שירה ורעש של חגיגה״?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שומר/ת מרחק מהאש החמה.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לפעמים התוכנית משתנה.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אנחנו יושבים בשורות באולם.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(״חנוכה: אור, שירה ורעש של חגיגה״) אני שומר/ת _______________ מהאש החמה.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מופיע בסיפור ״חג הסיגד״?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בחג מתפללים, שרים ולובשים לבן.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הגוף שלי מרגיש שיש יותר מדי.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בתור כל אחד מחכה למקום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(״חג הסיגד״) בחג _______________, שרים ולובשים לבן.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המשפט ״אני יכול/ה לשים אוזניות ולנוח.״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המשפט ״אני נהנה/נהנית מהאור של חנוכה.״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מיינו והתאימו.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סדרו את המשפטים לפי הסדר בסיפור ״חנוכה: אור, שירה ורעש של חגיגה״.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הרעש הוא יותר מדי בשבילי.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שומר/ת מרחק מהאש החמה.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סבא וסבתא מחכים לי באהבה.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ערב מדליקים עוד נר.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בחנוכה שרים ומסובבים סביבון.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סדרו את המשפטים לפי הסדר בסיפור ״חג הסיגד״.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יש הרבה אנשים ואני עייף/עייפה.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לשאול ולשמוע סיפורים.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מקשיב/ה בשקט ובכבוד.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בסיגד אנשים רבים נפגשים בחוץ.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בחג מתפללים, שרים ולובשים לבן.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סבא וסבתא מחכים לי באהבה.   ·   בכל ערב מדליקים עוד נר.   ·   אני נהנה/נהנית מהאור של חנוכה.   ·   אני שומר/ת מרחק מהאש החמה.   ·   אני יושב/ת לנוח בצל ושותה מים.   ·   אני מקשיב/ה בשקט ובכבוד.   ·   אני יכול/ה לשים אוזניות ולנוח.   ·   בסוף החג חוגגים יחד בשמחה.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בסיפור ״חנוכה: אור, שירה ורעש של חגיגה״: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איך אתם מרגישים כשקורה מצב כמו בסיפור ״חג הסיגד״? כתבו או ציירו פרצוף.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עמוד חדש לאחד הסיפורים (״חנוכה: אור, שירה ורעש של חגיגה״ / ״חג הסיגד״):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חגים וטקסים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